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6A82F" w14:textId="77777777" w:rsidR="0038092A" w:rsidRPr="002962BF" w:rsidRDefault="00742199">
      <w:pPr>
        <w:pStyle w:val="Kop1"/>
        <w:rPr>
          <w:lang w:val="nl-NL"/>
        </w:rPr>
      </w:pPr>
      <w:r w:rsidRPr="002962BF">
        <w:rPr>
          <w:lang w:val="nl-NL"/>
        </w:rPr>
        <w:t>Brief accommodatiebeleid 3.0 (Vries)</w:t>
      </w:r>
    </w:p>
    <w:p w14:paraId="26FEE87F" w14:textId="77777777" w:rsidR="0038092A" w:rsidRPr="002962BF" w:rsidRDefault="00742199">
      <w:pPr>
        <w:rPr>
          <w:lang w:val="nl-NL"/>
        </w:rPr>
      </w:pPr>
      <w:r w:rsidRPr="002962BF">
        <w:rPr>
          <w:lang w:val="nl-NL"/>
        </w:rPr>
        <w:t>Willem Kolthof</w:t>
      </w:r>
      <w:r w:rsidRPr="002962BF">
        <w:rPr>
          <w:lang w:val="nl-NL"/>
        </w:rPr>
        <w:br/>
        <w:t>Molenweg 10</w:t>
      </w:r>
      <w:r w:rsidRPr="002962BF">
        <w:rPr>
          <w:lang w:val="nl-NL"/>
        </w:rPr>
        <w:br/>
        <w:t>9494 RH Yde</w:t>
      </w:r>
      <w:r w:rsidRPr="002962BF">
        <w:rPr>
          <w:lang w:val="nl-NL"/>
        </w:rPr>
        <w:br/>
        <w:t>T: 06-38097268</w:t>
      </w:r>
      <w:r w:rsidRPr="002962BF">
        <w:rPr>
          <w:lang w:val="nl-NL"/>
        </w:rPr>
        <w:br/>
      </w:r>
    </w:p>
    <w:p w14:paraId="1C2A0650" w14:textId="0C0F871D" w:rsidR="0038092A" w:rsidRDefault="006D711A">
      <w:r>
        <w:t>Yde</w:t>
      </w:r>
      <w:r w:rsidR="00742199">
        <w:t xml:space="preserve">, </w:t>
      </w:r>
      <w:r w:rsidR="002962BF">
        <w:t xml:space="preserve">3 </w:t>
      </w:r>
      <w:proofErr w:type="spellStart"/>
      <w:r w:rsidR="002962BF">
        <w:t>oktober</w:t>
      </w:r>
      <w:proofErr w:type="spellEnd"/>
      <w:r w:rsidR="002962BF">
        <w:t xml:space="preserve"> 2025</w:t>
      </w:r>
      <w:r w:rsidR="00742199">
        <w:br/>
      </w:r>
    </w:p>
    <w:p w14:paraId="1340EB0E" w14:textId="77777777" w:rsidR="0038092A" w:rsidRPr="002962BF" w:rsidRDefault="00742199">
      <w:pPr>
        <w:rPr>
          <w:lang w:val="nl-NL"/>
        </w:rPr>
      </w:pPr>
      <w:r w:rsidRPr="002962BF">
        <w:rPr>
          <w:lang w:val="nl-NL"/>
        </w:rPr>
        <w:t>Aan de gemeenteraad en het college van B&amp;W van Tynaarlo</w:t>
      </w:r>
      <w:r w:rsidRPr="002962BF">
        <w:rPr>
          <w:lang w:val="nl-NL"/>
        </w:rPr>
        <w:br/>
        <w:t>Postbus 5</w:t>
      </w:r>
      <w:r w:rsidRPr="002962BF">
        <w:rPr>
          <w:lang w:val="nl-NL"/>
        </w:rPr>
        <w:br/>
        <w:t>9480 AA Vries</w:t>
      </w:r>
      <w:r w:rsidRPr="002962BF">
        <w:rPr>
          <w:lang w:val="nl-NL"/>
        </w:rPr>
        <w:br/>
      </w:r>
    </w:p>
    <w:p w14:paraId="3C863035" w14:textId="77777777" w:rsidR="0038092A" w:rsidRPr="002962BF" w:rsidRDefault="00742199">
      <w:pPr>
        <w:pStyle w:val="Kop2"/>
        <w:rPr>
          <w:lang w:val="nl-NL"/>
        </w:rPr>
      </w:pPr>
      <w:r w:rsidRPr="002962BF">
        <w:rPr>
          <w:lang w:val="nl-NL"/>
        </w:rPr>
        <w:t>Betreft: vervolg op mijn inspraak over Accommodatiebeleid 3.0 (Vries)</w:t>
      </w:r>
    </w:p>
    <w:p w14:paraId="02F43CF8" w14:textId="351C0B07" w:rsidR="0038092A" w:rsidRPr="002962BF" w:rsidRDefault="00742199">
      <w:pPr>
        <w:rPr>
          <w:lang w:val="nl-NL"/>
        </w:rPr>
      </w:pPr>
      <w:r w:rsidRPr="002962BF">
        <w:rPr>
          <w:lang w:val="nl-NL"/>
        </w:rPr>
        <w:t>Geachte voorzitter, geachte leden van de raad en het college,</w:t>
      </w:r>
      <w:r w:rsidRPr="002962BF">
        <w:rPr>
          <w:lang w:val="nl-NL"/>
        </w:rPr>
        <w:br/>
      </w:r>
      <w:r w:rsidRPr="002962BF">
        <w:rPr>
          <w:lang w:val="nl-NL"/>
        </w:rPr>
        <w:br/>
        <w:t xml:space="preserve">Tijdens de raadsvergadering van dinsdag </w:t>
      </w:r>
      <w:r w:rsidR="002962BF">
        <w:rPr>
          <w:lang w:val="nl-NL"/>
        </w:rPr>
        <w:t>30 september</w:t>
      </w:r>
      <w:r w:rsidRPr="002962BF">
        <w:rPr>
          <w:lang w:val="nl-NL"/>
        </w:rPr>
        <w:t xml:space="preserve"> heb ik mijn zorgen mondeling toegelicht over het Accommodatiebeleid 3.0 en de gevolgen voor Vries. Met deze brief wil ik mijn bijdrage ook schriftelijk bij u neerleggen,</w:t>
      </w:r>
      <w:r w:rsidR="006D711A">
        <w:rPr>
          <w:lang w:val="nl-NL"/>
        </w:rPr>
        <w:t xml:space="preserve"> op verzoek van de voorzitster, alhoewel mijn die vraag wel verbaasde. </w:t>
      </w:r>
      <w:r w:rsidRPr="002962BF">
        <w:rPr>
          <w:lang w:val="nl-NL"/>
        </w:rPr>
        <w:t xml:space="preserve"> </w:t>
      </w:r>
      <w:r w:rsidR="006D711A">
        <w:rPr>
          <w:lang w:val="nl-NL"/>
        </w:rPr>
        <w:t>A</w:t>
      </w:r>
      <w:r w:rsidRPr="002962BF">
        <w:rPr>
          <w:lang w:val="nl-NL"/>
        </w:rPr>
        <w:t>angevuld met enkele concrete vragen.</w:t>
      </w:r>
      <w:r w:rsidR="002962BF">
        <w:rPr>
          <w:lang w:val="nl-NL"/>
        </w:rPr>
        <w:t xml:space="preserve"> Zie ook bijlage inspreektekst accommodatiebeleid 3.0.</w:t>
      </w:r>
      <w:r w:rsidRPr="002962BF">
        <w:rPr>
          <w:lang w:val="nl-NL"/>
        </w:rPr>
        <w:br/>
      </w:r>
      <w:r w:rsidRPr="002962BF">
        <w:rPr>
          <w:lang w:val="nl-NL"/>
        </w:rPr>
        <w:br/>
        <w:t>Het voorgenomen beleid roept bij mij zorgen op. Met name de wijze waarop de plannen worden gefinancierd is op dit moment onduidelijk. Zolang daar geen helderheid over bestaat, is het lastig om te beoordelen of dit beleid daadwerkelijk aansluit bij de belangen van ons als inwoners.</w:t>
      </w:r>
      <w:r w:rsidRPr="002962BF">
        <w:rPr>
          <w:lang w:val="nl-NL"/>
        </w:rPr>
        <w:br/>
      </w:r>
      <w:r w:rsidRPr="002962BF">
        <w:rPr>
          <w:lang w:val="nl-NL"/>
        </w:rPr>
        <w:br/>
        <w:t xml:space="preserve">Ik zie dat veel </w:t>
      </w:r>
      <w:r w:rsidR="006D711A">
        <w:rPr>
          <w:lang w:val="nl-NL"/>
        </w:rPr>
        <w:t xml:space="preserve">vertegenwoordigers van </w:t>
      </w:r>
      <w:r w:rsidRPr="002962BF">
        <w:rPr>
          <w:lang w:val="nl-NL"/>
        </w:rPr>
        <w:t>inwoners zich met grote inzet hebben uitgesproken en waardevolle ideeën hebben ingebracht. Dat waardeer ik zeer. Tegelijkertijd ben ik bang dat deze inzet in de praktijk een harde landing kan krijgen: verwachtingen zijn hoog gewekt, maar de financiële en praktische uitwerking blijft nog onvoldoende concreet.</w:t>
      </w:r>
      <w:r w:rsidRPr="002962BF">
        <w:rPr>
          <w:lang w:val="nl-NL"/>
        </w:rPr>
        <w:br/>
      </w:r>
      <w:r w:rsidRPr="002962BF">
        <w:rPr>
          <w:lang w:val="nl-NL"/>
        </w:rPr>
        <w:br/>
        <w:t>Daarbij vraag ik mij af welk mandaat de projectleider eigenlijk heeft</w:t>
      </w:r>
      <w:r w:rsidR="002962BF">
        <w:rPr>
          <w:lang w:val="nl-NL"/>
        </w:rPr>
        <w:t xml:space="preserve"> i</w:t>
      </w:r>
      <w:r w:rsidRPr="002962BF">
        <w:rPr>
          <w:lang w:val="nl-NL"/>
        </w:rPr>
        <w:t>s de rol bedoeld om vooral te begeleiden, of ook om richting te geven? Het lijkt mij belangrijk dat dit eerlijk en transparant wordt uitgelegd. Mensen hoop geven zonder dat de uitvoering realistisch is, kan het vertrouwen in participatie ondermijnen.</w:t>
      </w:r>
      <w:r w:rsidRPr="002962BF">
        <w:rPr>
          <w:lang w:val="nl-NL"/>
        </w:rPr>
        <w:br/>
      </w:r>
      <w:r w:rsidRPr="002962BF">
        <w:rPr>
          <w:lang w:val="nl-NL"/>
        </w:rPr>
        <w:br/>
        <w:t xml:space="preserve">Verder wil ik benadrukken dat geld nooit een doel op zich mag zijn. Er zijn voldoende middelen beschikbaar, ook via subsidies, maar het is wél van belang dat de gemeente concreet maakt hoe dat geld wordt ingezet en wat dit betekent voor verenigingen en </w:t>
      </w:r>
      <w:r w:rsidRPr="002962BF">
        <w:rPr>
          <w:lang w:val="nl-NL"/>
        </w:rPr>
        <w:lastRenderedPageBreak/>
        <w:t xml:space="preserve">inwoners. Tijdens de inspraakavond zijn veel waardevolle initiatieven gepresenteerd, maar zoals ook door CDA en D66 terecht is gevraagd: hoe gaat dit daadwerkelijk betaald worden? Vertrouwen op de aanname dat het allemaal wel zal meevallen, lijkt mij riskant. De ervaringen met </w:t>
      </w:r>
      <w:proofErr w:type="spellStart"/>
      <w:r w:rsidRPr="002962BF">
        <w:rPr>
          <w:lang w:val="nl-NL"/>
        </w:rPr>
        <w:t>MFA’s</w:t>
      </w:r>
      <w:proofErr w:type="spellEnd"/>
      <w:r w:rsidRPr="002962BF">
        <w:rPr>
          <w:lang w:val="nl-NL"/>
        </w:rPr>
        <w:t xml:space="preserve"> in onze gemeente laten zien dat de praktijk vaak anders uitpakt.</w:t>
      </w:r>
      <w:r>
        <w:rPr>
          <w:lang w:val="nl-NL"/>
        </w:rPr>
        <w:t xml:space="preserve"> Hoe kijkt u naar de </w:t>
      </w:r>
      <w:r w:rsidRPr="002962BF">
        <w:rPr>
          <w:lang w:val="nl-NL"/>
        </w:rPr>
        <w:t>weinig</w:t>
      </w:r>
      <w:r>
        <w:rPr>
          <w:lang w:val="nl-NL"/>
        </w:rPr>
        <w:t>e</w:t>
      </w:r>
      <w:r w:rsidRPr="002962BF">
        <w:rPr>
          <w:lang w:val="nl-NL"/>
        </w:rPr>
        <w:t xml:space="preserve"> aanloop, beperkte openingstijden en uiteindelijk een verlies van levendigheid</w:t>
      </w:r>
      <w:r>
        <w:rPr>
          <w:lang w:val="nl-NL"/>
        </w:rPr>
        <w:t xml:space="preserve"> daar.</w:t>
      </w:r>
      <w:r w:rsidRPr="002962BF">
        <w:rPr>
          <w:lang w:val="nl-NL"/>
        </w:rPr>
        <w:br/>
      </w:r>
    </w:p>
    <w:p w14:paraId="6ED3B628" w14:textId="77777777" w:rsidR="0038092A" w:rsidRPr="002962BF" w:rsidRDefault="00742199">
      <w:pPr>
        <w:pStyle w:val="Kop2"/>
        <w:rPr>
          <w:lang w:val="nl-NL"/>
        </w:rPr>
      </w:pPr>
      <w:r w:rsidRPr="002962BF">
        <w:rPr>
          <w:lang w:val="nl-NL"/>
        </w:rPr>
        <w:t>Daarom stel ik de volgende vragen:</w:t>
      </w:r>
    </w:p>
    <w:p w14:paraId="4B0001FC" w14:textId="77777777" w:rsidR="0038092A" w:rsidRPr="002962BF" w:rsidRDefault="00742199">
      <w:pPr>
        <w:rPr>
          <w:lang w:val="nl-NL"/>
        </w:rPr>
      </w:pPr>
      <w:r w:rsidRPr="002962BF">
        <w:rPr>
          <w:lang w:val="nl-NL"/>
        </w:rPr>
        <w:t>1. Wie zijn er precies geraadpleegd bij de uitwerking van het beleid in Vries, en op welke manier?</w:t>
      </w:r>
    </w:p>
    <w:p w14:paraId="5A590F37" w14:textId="77777777" w:rsidR="0038092A" w:rsidRPr="002962BF" w:rsidRDefault="00742199">
      <w:pPr>
        <w:rPr>
          <w:lang w:val="nl-NL"/>
        </w:rPr>
      </w:pPr>
      <w:r w:rsidRPr="002962BF">
        <w:rPr>
          <w:lang w:val="nl-NL"/>
        </w:rPr>
        <w:t>2. Acht u deze raadpleging representatief voor de inwoners van de gemeente Tynaarlo?</w:t>
      </w:r>
    </w:p>
    <w:p w14:paraId="25A995B0" w14:textId="77777777" w:rsidR="0038092A" w:rsidRPr="002962BF" w:rsidRDefault="00742199">
      <w:pPr>
        <w:rPr>
          <w:lang w:val="nl-NL"/>
        </w:rPr>
      </w:pPr>
      <w:r w:rsidRPr="002962BF">
        <w:rPr>
          <w:lang w:val="nl-NL"/>
        </w:rPr>
        <w:t>3. Hoe beoordeelt u de verspreiding van e-mailadressen van 28 personen in dit proces? Acht u dit in overeenstemming met de AVG en welke maatregelen neemt u om eventuele onrechtmatigheid te herstellen?</w:t>
      </w:r>
    </w:p>
    <w:p w14:paraId="75E03935" w14:textId="77777777" w:rsidR="0038092A" w:rsidRPr="002962BF" w:rsidRDefault="00742199">
      <w:pPr>
        <w:rPr>
          <w:lang w:val="nl-NL"/>
        </w:rPr>
      </w:pPr>
      <w:r w:rsidRPr="002962BF">
        <w:rPr>
          <w:lang w:val="nl-NL"/>
        </w:rPr>
        <w:t>4. Beschikt de gemeente over meerdere panden rond de Brink om de voorgenomen concentratie van accommodaties mogelijk te maken? Worden er extra panden aangekocht, en hoe verhoudt dit zich tot alternatieven zoals De Pan, de sporthal of het Ontmoetingshuis?</w:t>
      </w:r>
    </w:p>
    <w:p w14:paraId="35FF8FE7" w14:textId="77777777" w:rsidR="0038092A" w:rsidRPr="002962BF" w:rsidRDefault="00742199">
      <w:pPr>
        <w:rPr>
          <w:lang w:val="nl-NL"/>
        </w:rPr>
      </w:pPr>
      <w:r w:rsidRPr="002962BF">
        <w:rPr>
          <w:lang w:val="nl-NL"/>
        </w:rPr>
        <w:t>5. Hoe kijkt u aan tegen het burgerinitiatief om café Onder de Linden te behouden als sociaal ontmoetingspunt? Wat is de status van de samenwerking met dit initiatief?</w:t>
      </w:r>
    </w:p>
    <w:p w14:paraId="28406F41" w14:textId="77777777" w:rsidR="0038092A" w:rsidRPr="002962BF" w:rsidRDefault="00742199">
      <w:pPr>
        <w:rPr>
          <w:lang w:val="nl-NL"/>
        </w:rPr>
      </w:pPr>
      <w:r w:rsidRPr="002962BF">
        <w:rPr>
          <w:lang w:val="nl-NL"/>
        </w:rPr>
        <w:t>6. Acht u een nieuwe of verplaatste bibliotheek in Vries noodzakelijk, gelet op de huidige vraag en het gebruik? Zo ja, hoe borgt u dit in locatie en gebouw, programmering en activiteiten, én in beheer en financiering?</w:t>
      </w:r>
    </w:p>
    <w:p w14:paraId="4AF8DE63" w14:textId="77777777" w:rsidR="0038092A" w:rsidRPr="002962BF" w:rsidRDefault="00742199">
      <w:pPr>
        <w:rPr>
          <w:lang w:val="nl-NL"/>
        </w:rPr>
      </w:pPr>
      <w:r w:rsidRPr="002962BF">
        <w:rPr>
          <w:lang w:val="nl-NL"/>
        </w:rPr>
        <w:t>7. Bent u bereid om eerst breed draagvlak en een daadwerkelijke behoefteanalyse in Vries vast te stellen, voordat er grote investeringen of ingrepen worden gedaan?</w:t>
      </w:r>
    </w:p>
    <w:p w14:paraId="48786AA2" w14:textId="77777777" w:rsidR="0038092A" w:rsidRPr="002962BF" w:rsidRDefault="00742199">
      <w:pPr>
        <w:rPr>
          <w:lang w:val="nl-NL"/>
        </w:rPr>
      </w:pPr>
      <w:r w:rsidRPr="002962BF">
        <w:rPr>
          <w:lang w:val="nl-NL"/>
        </w:rPr>
        <w:t>8. Welk mandaat heeft of had de projectleider precies? Op basis waarvan kan hij of zij besluiten sturen of verwachtingen wekken bij inwoners?</w:t>
      </w:r>
    </w:p>
    <w:p w14:paraId="4E9FAD8E" w14:textId="77777777" w:rsidR="0038092A" w:rsidRPr="002962BF" w:rsidRDefault="00742199">
      <w:pPr>
        <w:rPr>
          <w:lang w:val="nl-NL"/>
        </w:rPr>
      </w:pPr>
      <w:r w:rsidRPr="002962BF">
        <w:rPr>
          <w:lang w:val="nl-NL"/>
        </w:rPr>
        <w:t>9. Hoe voorkomt u dat inwoners door te rooskleurige verwachtingen teleurgesteld raken in het participatieproces?</w:t>
      </w:r>
    </w:p>
    <w:p w14:paraId="5ED1FF38" w14:textId="77777777" w:rsidR="0038092A" w:rsidRPr="002962BF" w:rsidRDefault="00742199">
      <w:pPr>
        <w:rPr>
          <w:lang w:val="nl-NL"/>
        </w:rPr>
      </w:pPr>
      <w:r w:rsidRPr="002962BF">
        <w:rPr>
          <w:lang w:val="nl-NL"/>
        </w:rPr>
        <w:t>10. Hoe wordt de financiële borging van de plannen concreet geregeld? Welke middelen (inclusief subsidies) zijn beschikbaar, en welke bijdrage verwacht de gemeente van verenigingen?</w:t>
      </w:r>
    </w:p>
    <w:p w14:paraId="3938F0FE" w14:textId="5528DAE2" w:rsidR="0038092A" w:rsidRPr="002962BF" w:rsidRDefault="00742199">
      <w:pPr>
        <w:rPr>
          <w:lang w:val="nl-NL"/>
        </w:rPr>
      </w:pPr>
      <w:r w:rsidRPr="002962BF">
        <w:rPr>
          <w:lang w:val="nl-NL"/>
        </w:rPr>
        <w:t xml:space="preserve">11. Welke lessen trekt u uit de ervaringen met </w:t>
      </w:r>
      <w:proofErr w:type="spellStart"/>
      <w:r w:rsidRPr="002962BF">
        <w:rPr>
          <w:lang w:val="nl-NL"/>
        </w:rPr>
        <w:t>MFA’s</w:t>
      </w:r>
      <w:proofErr w:type="spellEnd"/>
      <w:r w:rsidRPr="002962BF">
        <w:rPr>
          <w:lang w:val="nl-NL"/>
        </w:rPr>
        <w:t xml:space="preserve"> in onze gemeente, waar de kosten vaak hoger bleken en het draagvlak afnam?</w:t>
      </w:r>
      <w:r w:rsidR="002962BF">
        <w:rPr>
          <w:lang w:val="nl-NL"/>
        </w:rPr>
        <w:t xml:space="preserve"> </w:t>
      </w:r>
    </w:p>
    <w:p w14:paraId="58821E75" w14:textId="77777777" w:rsidR="0038092A" w:rsidRPr="002962BF" w:rsidRDefault="00742199">
      <w:pPr>
        <w:rPr>
          <w:lang w:val="nl-NL"/>
        </w:rPr>
      </w:pPr>
      <w:r w:rsidRPr="002962BF">
        <w:rPr>
          <w:lang w:val="nl-NL"/>
        </w:rPr>
        <w:br/>
        <w:t xml:space="preserve">Ik vertrouw erop dat u mijn zorgen en vragen serieus neemt en ik zie uw beantwoording </w:t>
      </w:r>
      <w:r w:rsidRPr="002962BF">
        <w:rPr>
          <w:lang w:val="nl-NL"/>
        </w:rPr>
        <w:lastRenderedPageBreak/>
        <w:t>met belangstelling tegemoet.</w:t>
      </w:r>
      <w:r w:rsidRPr="002962BF">
        <w:rPr>
          <w:lang w:val="nl-NL"/>
        </w:rPr>
        <w:br/>
      </w:r>
      <w:r w:rsidRPr="002962BF">
        <w:rPr>
          <w:lang w:val="nl-NL"/>
        </w:rPr>
        <w:br/>
        <w:t>Deze brief is bestemd voor alle fracties, raadsleden en het college van burgemeester en wethouders. Ik verzoek de griffie vriendelijk om ervoor zorg te dragen dat dit stuk aan iedereen wordt doorgezonden.</w:t>
      </w:r>
      <w:r w:rsidRPr="002962BF">
        <w:rPr>
          <w:lang w:val="nl-NL"/>
        </w:rPr>
        <w:br/>
      </w:r>
      <w:r w:rsidRPr="002962BF">
        <w:rPr>
          <w:lang w:val="nl-NL"/>
        </w:rPr>
        <w:br/>
        <w:t>Met vriendelijke groet,</w:t>
      </w:r>
      <w:r w:rsidRPr="002962BF">
        <w:rPr>
          <w:lang w:val="nl-NL"/>
        </w:rPr>
        <w:br/>
      </w:r>
      <w:r w:rsidRPr="002962BF">
        <w:rPr>
          <w:lang w:val="nl-NL"/>
        </w:rPr>
        <w:br/>
        <w:t>Willem Kolthof</w:t>
      </w:r>
      <w:r w:rsidRPr="002962BF">
        <w:rPr>
          <w:lang w:val="nl-NL"/>
        </w:rPr>
        <w:br/>
        <w:t>Bezorgde inwoner van de gemeente Tynaarlo</w:t>
      </w:r>
    </w:p>
    <w:sectPr w:rsidR="0038092A" w:rsidRPr="002962B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511945894">
    <w:abstractNumId w:val="8"/>
  </w:num>
  <w:num w:numId="2" w16cid:durableId="1926306927">
    <w:abstractNumId w:val="6"/>
  </w:num>
  <w:num w:numId="3" w16cid:durableId="109125687">
    <w:abstractNumId w:val="5"/>
  </w:num>
  <w:num w:numId="4" w16cid:durableId="1214124207">
    <w:abstractNumId w:val="4"/>
  </w:num>
  <w:num w:numId="5" w16cid:durableId="675572044">
    <w:abstractNumId w:val="7"/>
  </w:num>
  <w:num w:numId="6" w16cid:durableId="1349673430">
    <w:abstractNumId w:val="3"/>
  </w:num>
  <w:num w:numId="7" w16cid:durableId="758673502">
    <w:abstractNumId w:val="2"/>
  </w:num>
  <w:num w:numId="8" w16cid:durableId="740834619">
    <w:abstractNumId w:val="1"/>
  </w:num>
  <w:num w:numId="9" w16cid:durableId="713038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outline"/>
  <w:zoom w:percent="210"/>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0F36"/>
    <w:rsid w:val="001A2C93"/>
    <w:rsid w:val="002962BF"/>
    <w:rsid w:val="0029639D"/>
    <w:rsid w:val="002E4A80"/>
    <w:rsid w:val="00326F90"/>
    <w:rsid w:val="0038092A"/>
    <w:rsid w:val="006D711A"/>
    <w:rsid w:val="00742199"/>
    <w:rsid w:val="0089082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9E16C6"/>
  <w14:defaultImageDpi w14:val="300"/>
  <w15:docId w15:val="{36186026-53A4-4346-9B92-51D035B2F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704</Words>
  <Characters>3878</Characters>
  <Application>Microsoft Office Word</Application>
  <DocSecurity>0</DocSecurity>
  <Lines>32</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4573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Willem Kolthof</cp:lastModifiedBy>
  <cp:revision>2</cp:revision>
  <dcterms:created xsi:type="dcterms:W3CDTF">2025-10-03T12:45:00Z</dcterms:created>
  <dcterms:modified xsi:type="dcterms:W3CDTF">2025-10-03T12:45:00Z</dcterms:modified>
  <cp:category/>
</cp:coreProperties>
</file>