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19DA6" w14:textId="77777777" w:rsidR="00485B15" w:rsidRDefault="00836F4E">
      <w:pPr>
        <w:pStyle w:val="Kop1"/>
      </w:pPr>
      <w:r>
        <w:t>Samenvatting 1e bijeenkomst</w:t>
      </w:r>
    </w:p>
    <w:p w14:paraId="3799BF9F" w14:textId="77777777" w:rsidR="00485B15" w:rsidRDefault="00836F4E">
      <w:r>
        <w:t>Bedankt allemaal voor jullie aanwezigheid en inbreng! Fijn dat we met de hele groep compleet waren. We hebben kennisgemaakt en Cristy heeft zich voorgesteld als programmamaker.</w:t>
      </w:r>
      <w:r>
        <w:br/>
      </w:r>
      <w:r>
        <w:br/>
        <w:t>We hebben besproken dat er ruimte moet zijn voor alle belanghebbenden in het dorp. Met deze groep willen we graag een overkoepelende rol pakken als het gaat om evenementen en de gezamenlijke inzet voor het dorp.</w:t>
      </w:r>
      <w:r>
        <w:br/>
      </w:r>
      <w:r>
        <w:br/>
      </w:r>
      <w:r>
        <w:t>Ook is oud zeer benoemd en voldoende belicht. Verder wordt uitgezocht waar de eerder toegekende subsidie voor het dorp aan is besteed en hoeveel daarvan eventueel nog beschikbaar is.</w:t>
      </w:r>
      <w:r>
        <w:br/>
      </w:r>
      <w:r>
        <w:br/>
        <w:t>We gaan vooral positief verder en komen regelmatig bij elkaar om zaken te bespreken en samen besluiten te nemen.</w:t>
      </w:r>
      <w:r>
        <w:br/>
      </w:r>
      <w:r>
        <w:br/>
        <w:t>Jan Traas heeft contact met de onderzoeksstudenten van de Hanze en zet dat contact voort.</w:t>
      </w:r>
      <w:r>
        <w:br/>
      </w:r>
      <w:r>
        <w:br/>
      </w:r>
      <w:r>
        <w:t>Jacob en Eelco plannen een gesprek met Tonnie van de Koolwijk om te kijken of zij ook wil aansluiten. Daarnaast benaderen we ook andere mensen die we graag bij deze gesprekken willen betrekken. Wil je iemand toevoegen aan deze appgroep? Laat het mij dan even weten.</w:t>
      </w:r>
    </w:p>
    <w:sectPr w:rsidR="00485B1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64971188">
    <w:abstractNumId w:val="8"/>
  </w:num>
  <w:num w:numId="2" w16cid:durableId="165679720">
    <w:abstractNumId w:val="6"/>
  </w:num>
  <w:num w:numId="3" w16cid:durableId="999115232">
    <w:abstractNumId w:val="5"/>
  </w:num>
  <w:num w:numId="4" w16cid:durableId="1903828182">
    <w:abstractNumId w:val="4"/>
  </w:num>
  <w:num w:numId="5" w16cid:durableId="1180774947">
    <w:abstractNumId w:val="7"/>
  </w:num>
  <w:num w:numId="6" w16cid:durableId="388118774">
    <w:abstractNumId w:val="3"/>
  </w:num>
  <w:num w:numId="7" w16cid:durableId="1369915872">
    <w:abstractNumId w:val="2"/>
  </w:num>
  <w:num w:numId="8" w16cid:durableId="1726829838">
    <w:abstractNumId w:val="1"/>
  </w:num>
  <w:num w:numId="9" w16cid:durableId="717438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069"/>
    <w:rsid w:val="0015074B"/>
    <w:rsid w:val="0029639D"/>
    <w:rsid w:val="002F3B05"/>
    <w:rsid w:val="00326F90"/>
    <w:rsid w:val="00485B15"/>
    <w:rsid w:val="00836F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F8F891"/>
  <w14:defaultImageDpi w14:val="300"/>
  <w15:docId w15:val="{D78263A2-DF5B-47A3-AEFB-13FF5263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900</Characters>
  <Application>Microsoft Office Word</Application>
  <DocSecurity>0</DocSecurity>
  <Lines>21</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Willem Kolthof</cp:lastModifiedBy>
  <cp:revision>2</cp:revision>
  <dcterms:created xsi:type="dcterms:W3CDTF">2026-08-08T10:03:00Z</dcterms:created>
  <dcterms:modified xsi:type="dcterms:W3CDTF">2026-08-08T10:03:00Z</dcterms:modified>
  <cp:category/>
</cp:coreProperties>
</file>